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745A01" w14:paraId="4DAFA9E1" w14:textId="77777777">
        <w:trPr>
          <w:jc w:val="center"/>
        </w:trPr>
        <w:tc>
          <w:tcPr>
            <w:tcW w:w="5270" w:type="dxa"/>
            <w:shd w:val="clear" w:color="auto" w:fill="172554"/>
            <w:tcMar>
              <w:top w:w="170" w:type="dxa"/>
              <w:left w:w="180" w:type="dxa"/>
              <w:bottom w:w="160" w:type="dxa"/>
              <w:right w:w="180" w:type="dxa"/>
            </w:tcMar>
          </w:tcPr>
          <w:p w14:paraId="19C93F09" w14:textId="77777777" w:rsidR="00745A01" w:rsidRDefault="00000000">
            <w:r>
              <w:rPr>
                <w:b/>
                <w:color w:val="FFFFFF"/>
                <w:sz w:val="34"/>
              </w:rPr>
              <w:t>FORMATION Brevet Fédéral d’Assistant (BFA)</w:t>
            </w:r>
          </w:p>
          <w:p w14:paraId="5883FF7B" w14:textId="77777777" w:rsidR="00745A01" w:rsidRDefault="00000000">
            <w:r>
              <w:rPr>
                <w:color w:val="E2E8F0"/>
                <w:sz w:val="21"/>
              </w:rPr>
              <w:t>Fiche de candidature • Saison 2026–2027</w:t>
            </w:r>
          </w:p>
        </w:tc>
        <w:tc>
          <w:tcPr>
            <w:tcW w:w="5270" w:type="dxa"/>
            <w:shd w:val="clear" w:color="auto" w:fill="C6282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CE8E6" w14:textId="77777777" w:rsidR="00745A0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DFD2AF" wp14:editId="046386C7">
                  <wp:extent cx="2144049" cy="96405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869" cy="97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14ECE9" w14:textId="77777777" w:rsidR="00745A01" w:rsidRDefault="00745A0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745A01" w14:paraId="3CC14256" w14:textId="77777777">
        <w:trPr>
          <w:jc w:val="center"/>
        </w:trPr>
        <w:tc>
          <w:tcPr>
            <w:tcW w:w="527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75" w:type="dxa"/>
              <w:left w:w="115" w:type="dxa"/>
              <w:bottom w:w="75" w:type="dxa"/>
              <w:right w:w="115" w:type="dxa"/>
            </w:tcMar>
          </w:tcPr>
          <w:p w14:paraId="28D18E1F" w14:textId="77777777" w:rsidR="00745A01" w:rsidRDefault="00000000">
            <w:r>
              <w:rPr>
                <w:b/>
                <w:color w:val="172554"/>
                <w:sz w:val="18"/>
              </w:rPr>
              <w:t>ÉCOLE DÉPARTEMENTALE DE FORMATION</w:t>
            </w:r>
          </w:p>
        </w:tc>
        <w:tc>
          <w:tcPr>
            <w:tcW w:w="527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75" w:type="dxa"/>
              <w:left w:w="115" w:type="dxa"/>
              <w:bottom w:w="75" w:type="dxa"/>
              <w:right w:w="115" w:type="dxa"/>
            </w:tcMar>
          </w:tcPr>
          <w:p w14:paraId="0A460F2F" w14:textId="77777777" w:rsidR="00745A01" w:rsidRDefault="00000000">
            <w:r>
              <w:rPr>
                <w:b/>
                <w:color w:val="172554"/>
                <w:sz w:val="18"/>
              </w:rPr>
              <w:t>DÉPARTEMENT DU VAR</w:t>
            </w:r>
          </w:p>
        </w:tc>
      </w:tr>
      <w:tr w:rsidR="00745A01" w14:paraId="4AA688C6" w14:textId="77777777">
        <w:trPr>
          <w:jc w:val="center"/>
        </w:trPr>
        <w:tc>
          <w:tcPr>
            <w:tcW w:w="527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75" w:type="dxa"/>
              <w:left w:w="115" w:type="dxa"/>
              <w:bottom w:w="75" w:type="dxa"/>
              <w:right w:w="115" w:type="dxa"/>
            </w:tcMar>
          </w:tcPr>
          <w:p w14:paraId="5D1AA2ED" w14:textId="77777777" w:rsidR="00745A01" w:rsidRDefault="00000000">
            <w:r>
              <w:rPr>
                <w:b/>
                <w:color w:val="64748B"/>
                <w:sz w:val="17"/>
              </w:rPr>
              <w:t xml:space="preserve">Responsable : </w:t>
            </w:r>
            <w:r>
              <w:rPr>
                <w:b/>
                <w:color w:val="111827"/>
                <w:sz w:val="17"/>
              </w:rPr>
              <w:t>M. LUDOVIC RALLO</w:t>
            </w:r>
          </w:p>
        </w:tc>
        <w:tc>
          <w:tcPr>
            <w:tcW w:w="527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75" w:type="dxa"/>
              <w:left w:w="115" w:type="dxa"/>
              <w:bottom w:w="75" w:type="dxa"/>
              <w:right w:w="115" w:type="dxa"/>
            </w:tcMar>
          </w:tcPr>
          <w:p w14:paraId="61E93516" w14:textId="77777777" w:rsidR="00745A01" w:rsidRDefault="00000000">
            <w:r>
              <w:rPr>
                <w:b/>
                <w:color w:val="64748B"/>
                <w:sz w:val="17"/>
              </w:rPr>
              <w:t xml:space="preserve">Dates &amp; lieu : </w:t>
            </w:r>
            <w:r>
              <w:rPr>
                <w:color w:val="111827"/>
                <w:sz w:val="17"/>
              </w:rPr>
              <w:t>voir calendrier fédéral VAR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745A01" w14:paraId="50EAEB95" w14:textId="77777777">
        <w:trPr>
          <w:jc w:val="center"/>
        </w:trPr>
        <w:tc>
          <w:tcPr>
            <w:tcW w:w="10540" w:type="dxa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D9F077" w14:textId="77777777" w:rsidR="00745A01" w:rsidRDefault="00000000">
            <w:r>
              <w:rPr>
                <w:b/>
                <w:color w:val="FFFFFF"/>
                <w:sz w:val="20"/>
              </w:rPr>
              <w:t>ÉTAT CIVIL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745A01" w14:paraId="2034CC99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5F5C91C3" w14:textId="77777777" w:rsidR="00745A01" w:rsidRDefault="00000000">
            <w:r>
              <w:rPr>
                <w:color w:val="111827"/>
                <w:sz w:val="17"/>
              </w:rPr>
              <w:t>Nom de naissance : 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7D50CF7C" w14:textId="77777777" w:rsidR="00745A01" w:rsidRDefault="00000000">
            <w:r>
              <w:rPr>
                <w:color w:val="111827"/>
                <w:sz w:val="17"/>
              </w:rPr>
              <w:t>Nom d’usage : ____________________________________</w:t>
            </w:r>
          </w:p>
        </w:tc>
      </w:tr>
      <w:tr w:rsidR="00745A01" w14:paraId="6DF7BA80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499C97F" w14:textId="77777777" w:rsidR="00745A01" w:rsidRDefault="00000000">
            <w:r>
              <w:rPr>
                <w:color w:val="111827"/>
                <w:sz w:val="17"/>
              </w:rPr>
              <w:t>Sexe :  ☐ M    ☐ F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3AD3E4A7" w14:textId="77777777" w:rsidR="00745A01" w:rsidRDefault="00000000">
            <w:r>
              <w:rPr>
                <w:color w:val="111827"/>
                <w:sz w:val="17"/>
              </w:rPr>
              <w:t>Prénom : ______________________________________________</w:t>
            </w:r>
          </w:p>
        </w:tc>
      </w:tr>
      <w:tr w:rsidR="00745A01" w14:paraId="680E221A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53BAA68D" w14:textId="77777777" w:rsidR="00745A01" w:rsidRDefault="00000000">
            <w:r>
              <w:rPr>
                <w:color w:val="111827"/>
                <w:sz w:val="17"/>
              </w:rPr>
              <w:t>Date de naissance : ____ / ____ / 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3A945859" w14:textId="77777777" w:rsidR="00745A01" w:rsidRDefault="00000000">
            <w:r>
              <w:rPr>
                <w:color w:val="111827"/>
                <w:sz w:val="17"/>
              </w:rPr>
              <w:t>Pays de naissance : _________________________________</w:t>
            </w:r>
          </w:p>
        </w:tc>
      </w:tr>
      <w:tr w:rsidR="00745A01" w14:paraId="0EF5040A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13F1C23" w14:textId="77777777" w:rsidR="00745A01" w:rsidRDefault="00000000">
            <w:r>
              <w:rPr>
                <w:color w:val="111827"/>
                <w:sz w:val="17"/>
              </w:rPr>
              <w:t>Adresse permanente : _________________________________________________________________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D271246" w14:textId="77777777" w:rsidR="00745A01" w:rsidRDefault="00745A01"/>
        </w:tc>
      </w:tr>
      <w:tr w:rsidR="00745A01" w14:paraId="17C60516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8A8B558" w14:textId="77777777" w:rsidR="00745A01" w:rsidRDefault="00000000">
            <w:r>
              <w:rPr>
                <w:color w:val="111827"/>
                <w:sz w:val="17"/>
              </w:rPr>
              <w:t>Code Postal : 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B41D646" w14:textId="77777777" w:rsidR="00745A01" w:rsidRDefault="00000000">
            <w:r>
              <w:rPr>
                <w:color w:val="111827"/>
                <w:sz w:val="17"/>
              </w:rPr>
              <w:t>Ville : ______________________________________________</w:t>
            </w:r>
          </w:p>
        </w:tc>
      </w:tr>
      <w:tr w:rsidR="00745A01" w14:paraId="0924E227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2BDE5AD" w14:textId="77777777" w:rsidR="00745A01" w:rsidRDefault="00000000">
            <w:r>
              <w:rPr>
                <w:color w:val="111827"/>
                <w:sz w:val="17"/>
              </w:rPr>
              <w:t>Tél. : 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A20D8AA" w14:textId="77777777" w:rsidR="00745A01" w:rsidRDefault="00000000">
            <w:r>
              <w:rPr>
                <w:color w:val="111827"/>
                <w:sz w:val="17"/>
              </w:rPr>
              <w:t>Portable : ___________________________________________</w:t>
            </w:r>
          </w:p>
        </w:tc>
      </w:tr>
      <w:tr w:rsidR="00745A01" w14:paraId="1ECA0AA0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704B753" w14:textId="77777777" w:rsidR="00745A01" w:rsidRDefault="00000000">
            <w:r>
              <w:rPr>
                <w:color w:val="111827"/>
                <w:sz w:val="17"/>
              </w:rPr>
              <w:t>E-mail : 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3AF9DE18" w14:textId="77777777" w:rsidR="00745A01" w:rsidRDefault="00000000">
            <w:r>
              <w:rPr>
                <w:color w:val="111827"/>
                <w:sz w:val="17"/>
              </w:rPr>
              <w:t>@ _________________________________________________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745A01" w14:paraId="352B787D" w14:textId="77777777">
        <w:trPr>
          <w:jc w:val="center"/>
        </w:trPr>
        <w:tc>
          <w:tcPr>
            <w:tcW w:w="10540" w:type="dxa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064FAD" w14:textId="77777777" w:rsidR="00745A01" w:rsidRDefault="00000000">
            <w:r>
              <w:rPr>
                <w:b/>
                <w:color w:val="FFFFFF"/>
                <w:sz w:val="20"/>
              </w:rPr>
              <w:t>SITUATION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745A01" w14:paraId="2E6318CB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5FBA28AD" w14:textId="77777777" w:rsidR="00745A01" w:rsidRDefault="00000000">
            <w:r>
              <w:rPr>
                <w:color w:val="111827"/>
                <w:sz w:val="17"/>
              </w:rPr>
              <w:t>Numéro de licence : 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3B769D1" w14:textId="77777777" w:rsidR="00745A01" w:rsidRDefault="00000000">
            <w:r>
              <w:rPr>
                <w:color w:val="111827"/>
                <w:sz w:val="17"/>
              </w:rPr>
              <w:t>Numéro d’affiliation du club : ______________________</w:t>
            </w:r>
          </w:p>
        </w:tc>
      </w:tr>
      <w:tr w:rsidR="00745A01" w14:paraId="7714E7F5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ABB017C" w14:textId="77777777" w:rsidR="00745A01" w:rsidRDefault="00000000">
            <w:r>
              <w:rPr>
                <w:color w:val="111827"/>
                <w:sz w:val="17"/>
              </w:rPr>
              <w:t>Discipline : 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334AE70" w14:textId="77777777" w:rsidR="00745A01" w:rsidRDefault="00000000">
            <w:r>
              <w:rPr>
                <w:color w:val="111827"/>
                <w:sz w:val="17"/>
              </w:rPr>
              <w:t>Grade : _____________________________________________</w:t>
            </w:r>
          </w:p>
        </w:tc>
      </w:tr>
      <w:tr w:rsidR="00745A01" w14:paraId="656C7814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7813AA12" w14:textId="77777777" w:rsidR="00745A01" w:rsidRDefault="00000000">
            <w:r>
              <w:rPr>
                <w:color w:val="111827"/>
                <w:sz w:val="17"/>
              </w:rPr>
              <w:t>Responsabilités associatives : ______________________________________________________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5706F59" w14:textId="77777777" w:rsidR="00745A01" w:rsidRDefault="00745A01"/>
        </w:tc>
      </w:tr>
      <w:tr w:rsidR="00745A01" w14:paraId="5CEBCD73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D4793CD" w14:textId="79363B1C" w:rsidR="00745A01" w:rsidRDefault="00745A01"/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DFDCE9B" w14:textId="77777777" w:rsidR="00745A01" w:rsidRDefault="00745A01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745A01" w14:paraId="6BEF0695" w14:textId="77777777">
        <w:trPr>
          <w:jc w:val="center"/>
        </w:trPr>
        <w:tc>
          <w:tcPr>
            <w:tcW w:w="10540" w:type="dxa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359702" w14:textId="77777777" w:rsidR="00745A01" w:rsidRDefault="00000000">
            <w:r>
              <w:rPr>
                <w:b/>
                <w:color w:val="FFFFFF"/>
                <w:sz w:val="20"/>
              </w:rPr>
              <w:t>MODE DE RÈGLEMENT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745A01" w14:paraId="1E9068E4" w14:textId="77777777">
        <w:trPr>
          <w:jc w:val="center"/>
        </w:trPr>
        <w:tc>
          <w:tcPr>
            <w:tcW w:w="5270" w:type="dxa"/>
            <w:tcMar>
              <w:top w:w="70" w:type="dxa"/>
              <w:left w:w="105" w:type="dxa"/>
              <w:bottom w:w="70" w:type="dxa"/>
              <w:right w:w="105" w:type="dxa"/>
            </w:tcMar>
          </w:tcPr>
          <w:p w14:paraId="4BDC80AF" w14:textId="77777777" w:rsidR="00745A01" w:rsidRDefault="00000000">
            <w:proofErr w:type="spellStart"/>
            <w:r>
              <w:rPr>
                <w:b/>
                <w:color w:val="64748B"/>
                <w:sz w:val="18"/>
              </w:rPr>
              <w:t>Coût</w:t>
            </w:r>
            <w:proofErr w:type="spellEnd"/>
            <w:r>
              <w:rPr>
                <w:b/>
                <w:color w:val="64748B"/>
                <w:sz w:val="18"/>
              </w:rPr>
              <w:t xml:space="preserve"> de la formation : </w:t>
            </w:r>
            <w:r>
              <w:rPr>
                <w:b/>
                <w:color w:val="C62828"/>
                <w:sz w:val="24"/>
              </w:rPr>
              <w:t>100 €</w:t>
            </w:r>
          </w:p>
        </w:tc>
        <w:tc>
          <w:tcPr>
            <w:tcW w:w="5270" w:type="dxa"/>
            <w:tcMar>
              <w:top w:w="70" w:type="dxa"/>
              <w:left w:w="105" w:type="dxa"/>
              <w:bottom w:w="70" w:type="dxa"/>
              <w:right w:w="105" w:type="dxa"/>
            </w:tcMar>
          </w:tcPr>
          <w:p w14:paraId="65418B78" w14:textId="77777777" w:rsidR="00745A01" w:rsidRDefault="00000000">
            <w:r>
              <w:rPr>
                <w:color w:val="111827"/>
                <w:sz w:val="17"/>
              </w:rPr>
              <w:t>Numéro de chèque : ____________________________</w:t>
            </w:r>
          </w:p>
        </w:tc>
      </w:tr>
      <w:tr w:rsidR="00745A01" w14:paraId="00D42121" w14:textId="77777777">
        <w:trPr>
          <w:jc w:val="center"/>
        </w:trPr>
        <w:tc>
          <w:tcPr>
            <w:tcW w:w="5270" w:type="dxa"/>
            <w:tcMar>
              <w:top w:w="70" w:type="dxa"/>
              <w:left w:w="105" w:type="dxa"/>
              <w:bottom w:w="70" w:type="dxa"/>
              <w:right w:w="105" w:type="dxa"/>
            </w:tcMar>
          </w:tcPr>
          <w:p w14:paraId="2514B4B1" w14:textId="77777777" w:rsidR="00745A01" w:rsidRDefault="00000000">
            <w:r>
              <w:rPr>
                <w:color w:val="111827"/>
                <w:sz w:val="17"/>
              </w:rPr>
              <w:t>Banque : ______________________________________</w:t>
            </w:r>
          </w:p>
        </w:tc>
        <w:tc>
          <w:tcPr>
            <w:tcW w:w="5270" w:type="dxa"/>
            <w:tcMar>
              <w:top w:w="70" w:type="dxa"/>
              <w:left w:w="105" w:type="dxa"/>
              <w:bottom w:w="70" w:type="dxa"/>
              <w:right w:w="105" w:type="dxa"/>
            </w:tcMar>
          </w:tcPr>
          <w:p w14:paraId="2664B72E" w14:textId="77777777" w:rsidR="00745A01" w:rsidRDefault="00000000">
            <w:r>
              <w:rPr>
                <w:color w:val="111827"/>
                <w:sz w:val="17"/>
              </w:rPr>
              <w:t xml:space="preserve">Nom de l’émetteur du </w:t>
            </w:r>
            <w:proofErr w:type="spellStart"/>
            <w:r>
              <w:rPr>
                <w:color w:val="111827"/>
                <w:sz w:val="17"/>
              </w:rPr>
              <w:t>chèque</w:t>
            </w:r>
            <w:proofErr w:type="spellEnd"/>
            <w:r>
              <w:rPr>
                <w:color w:val="111827"/>
                <w:sz w:val="17"/>
              </w:rPr>
              <w:t xml:space="preserve"> : ________________________________</w:t>
            </w:r>
          </w:p>
        </w:tc>
      </w:tr>
    </w:tbl>
    <w:p w14:paraId="42DF2AD4" w14:textId="7FE42DEA" w:rsidR="00327C17" w:rsidRDefault="00000000" w:rsidP="00327C17">
      <w:pPr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  <w:r>
        <w:br w:type="page"/>
      </w:r>
      <w:r w:rsidR="00327C17">
        <w:t xml:space="preserve">                     Ou par </w:t>
      </w:r>
      <w:r w:rsidR="00327C17">
        <w:rPr>
          <w:rFonts w:ascii="ZapfDingbats" w:hAnsi="ZapfDingbats" w:cs="ZapfDingbats"/>
          <w:color w:val="0003B3"/>
          <w:sz w:val="20"/>
          <w:szCs w:val="20"/>
        </w:rPr>
        <w:t xml:space="preserve">Virement </w:t>
      </w:r>
      <w:proofErr w:type="spellStart"/>
      <w:r w:rsidR="00327C17">
        <w:rPr>
          <w:rFonts w:ascii="ZapfDingbats" w:hAnsi="ZapfDingbats" w:cs="ZapfDingbats"/>
          <w:color w:val="0003B3"/>
          <w:sz w:val="20"/>
          <w:szCs w:val="20"/>
        </w:rPr>
        <w:t>bancaire</w:t>
      </w:r>
      <w:proofErr w:type="spellEnd"/>
      <w:r w:rsidR="00327C17">
        <w:rPr>
          <w:rFonts w:ascii="ZapfDingbats" w:hAnsi="ZapfDingbats" w:cs="ZapfDingbats"/>
          <w:color w:val="0003B3"/>
          <w:sz w:val="20"/>
          <w:szCs w:val="20"/>
        </w:rPr>
        <w:t> : FR76 1910 6000 0843 5069 4974 326               BIC AGRIFRPP801</w:t>
      </w:r>
    </w:p>
    <w:p w14:paraId="6507920E" w14:textId="067AEC79" w:rsidR="00745A01" w:rsidRDefault="00745A0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745A01" w14:paraId="7F516CB6" w14:textId="77777777">
        <w:trPr>
          <w:jc w:val="center"/>
        </w:trPr>
        <w:tc>
          <w:tcPr>
            <w:tcW w:w="10540" w:type="dxa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7AFD39" w14:textId="77777777" w:rsidR="00745A01" w:rsidRDefault="00000000">
            <w:r>
              <w:rPr>
                <w:b/>
                <w:color w:val="FFFFFF"/>
                <w:sz w:val="20"/>
              </w:rPr>
              <w:t>PIÈCES OBLIGATOIRES À JOINDRE AVEC CE DOSSIER</w:t>
            </w:r>
          </w:p>
        </w:tc>
      </w:tr>
    </w:tbl>
    <w:p w14:paraId="71C48FCE" w14:textId="77777777" w:rsidR="00745A01" w:rsidRDefault="00000000">
      <w:pPr>
        <w:spacing w:before="100" w:after="60"/>
      </w:pPr>
      <w:r>
        <w:rPr>
          <w:b/>
          <w:color w:val="C62828"/>
          <w:sz w:val="20"/>
        </w:rPr>
        <w:t>PRÉREQUIS</w:t>
      </w:r>
      <w:r>
        <w:rPr>
          <w:color w:val="111827"/>
          <w:sz w:val="18"/>
        </w:rPr>
        <w:t xml:space="preserve"> — Pour entrer en formation, le candidat doit :</w:t>
      </w:r>
    </w:p>
    <w:p w14:paraId="1CCDBE42" w14:textId="77777777" w:rsidR="00745A01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color w:val="111827"/>
          <w:sz w:val="18"/>
        </w:rPr>
        <w:t>Être âgé d’au moins 18 ans ;</w:t>
      </w:r>
    </w:p>
    <w:p w14:paraId="1C08BD86" w14:textId="77777777" w:rsidR="00745A01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color w:val="111827"/>
          <w:sz w:val="18"/>
        </w:rPr>
        <w:t>Être au moins ceinture noire 1er Dan, Duan, Dang ;</w:t>
      </w:r>
    </w:p>
    <w:p w14:paraId="165B8577" w14:textId="77777777" w:rsidR="00745A01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color w:val="111827"/>
          <w:sz w:val="18"/>
        </w:rPr>
        <w:t>Être licencié FFK de la saison en cours ;</w:t>
      </w:r>
    </w:p>
    <w:p w14:paraId="501BDA28" w14:textId="77777777" w:rsidR="00745A01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color w:val="111827"/>
          <w:sz w:val="18"/>
        </w:rPr>
        <w:t>Posséder un diplôme de secourisme ou équivalent.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0"/>
        <w:gridCol w:w="10"/>
      </w:tblGrid>
      <w:tr w:rsidR="00745A01" w14:paraId="581E9854" w14:textId="77777777">
        <w:trPr>
          <w:gridAfter w:val="1"/>
          <w:wAfter w:w="10" w:type="dxa"/>
        </w:trPr>
        <w:tc>
          <w:tcPr>
            <w:tcW w:w="10540" w:type="dxa"/>
            <w:tcBorders>
              <w:top w:val="single" w:sz="8" w:space="0" w:color="FCA5A5"/>
              <w:left w:val="single" w:sz="8" w:space="0" w:color="FCA5A5"/>
              <w:bottom w:val="single" w:sz="8" w:space="0" w:color="FCA5A5"/>
              <w:right w:val="single" w:sz="8" w:space="0" w:color="FCA5A5"/>
            </w:tcBorders>
            <w:shd w:val="clear" w:color="auto" w:fill="FFF1F2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78D05A6" w14:textId="77777777" w:rsidR="00745A01" w:rsidRDefault="00000000">
            <w:r>
              <w:rPr>
                <w:b/>
                <w:color w:val="C62828"/>
                <w:sz w:val="18"/>
              </w:rPr>
              <w:t>☐  1 enveloppe format diplôme affranchie à votre adresse pour retour diplôme</w:t>
            </w:r>
          </w:p>
        </w:tc>
      </w:tr>
      <w:tr w:rsidR="00745A01" w14:paraId="6C8DEAAE" w14:textId="77777777">
        <w:tblPrEx>
          <w:jc w:val="center"/>
        </w:tblPrEx>
        <w:trPr>
          <w:jc w:val="center"/>
        </w:trPr>
        <w:tc>
          <w:tcPr>
            <w:tcW w:w="10540" w:type="dxa"/>
            <w:gridSpan w:val="2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C6C55B" w14:textId="77777777" w:rsidR="00745A01" w:rsidRDefault="00000000">
            <w:r>
              <w:rPr>
                <w:b/>
                <w:color w:val="FFFFFF"/>
                <w:sz w:val="20"/>
              </w:rPr>
              <w:t>DEMANDE D’ADMISSION</w:t>
            </w:r>
          </w:p>
        </w:tc>
      </w:tr>
    </w:tbl>
    <w:p w14:paraId="1B70FF03" w14:textId="77777777" w:rsidR="00745A01" w:rsidRDefault="00000000">
      <w:pPr>
        <w:spacing w:before="120" w:after="160"/>
      </w:pPr>
      <w:r>
        <w:rPr>
          <w:b/>
          <w:color w:val="111827"/>
          <w:sz w:val="18"/>
        </w:rPr>
        <w:t xml:space="preserve">Je soussigné(e) : </w:t>
      </w:r>
      <w:r>
        <w:rPr>
          <w:color w:val="111827"/>
          <w:sz w:val="18"/>
        </w:rPr>
        <w:t>________________________________________________________ certifie l’exactitude des renseignements fournis dans ce dossier et demande au jury d’admission d’examiner ma candidature à l’entrée en formation à la formation Brevet Fédéral d’Assistant (BFA).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745A01" w14:paraId="1BA8E4E9" w14:textId="77777777">
        <w:trPr>
          <w:jc w:val="center"/>
        </w:trPr>
        <w:tc>
          <w:tcPr>
            <w:tcW w:w="3513" w:type="dxa"/>
            <w:tcMar>
              <w:top w:w="65" w:type="dxa"/>
              <w:left w:w="85" w:type="dxa"/>
              <w:bottom w:w="35" w:type="dxa"/>
              <w:right w:w="85" w:type="dxa"/>
            </w:tcMar>
          </w:tcPr>
          <w:p w14:paraId="58F3DBD9" w14:textId="77777777" w:rsidR="00745A01" w:rsidRDefault="00000000">
            <w:r>
              <w:rPr>
                <w:b/>
                <w:color w:val="64748B"/>
                <w:sz w:val="17"/>
              </w:rPr>
              <w:t>Fait à</w:t>
            </w:r>
          </w:p>
        </w:tc>
        <w:tc>
          <w:tcPr>
            <w:tcW w:w="3513" w:type="dxa"/>
            <w:tcMar>
              <w:top w:w="65" w:type="dxa"/>
              <w:left w:w="85" w:type="dxa"/>
              <w:bottom w:w="35" w:type="dxa"/>
              <w:right w:w="85" w:type="dxa"/>
            </w:tcMar>
          </w:tcPr>
          <w:p w14:paraId="1E45F1CB" w14:textId="77777777" w:rsidR="00745A01" w:rsidRDefault="00000000">
            <w:r>
              <w:rPr>
                <w:b/>
                <w:color w:val="64748B"/>
                <w:sz w:val="17"/>
              </w:rPr>
              <w:t>Le</w:t>
            </w:r>
          </w:p>
        </w:tc>
        <w:tc>
          <w:tcPr>
            <w:tcW w:w="3513" w:type="dxa"/>
            <w:tcMar>
              <w:top w:w="65" w:type="dxa"/>
              <w:left w:w="85" w:type="dxa"/>
              <w:bottom w:w="35" w:type="dxa"/>
              <w:right w:w="85" w:type="dxa"/>
            </w:tcMar>
          </w:tcPr>
          <w:p w14:paraId="7C59CA0A" w14:textId="77777777" w:rsidR="00745A01" w:rsidRDefault="00000000">
            <w:r>
              <w:rPr>
                <w:b/>
                <w:color w:val="64748B"/>
                <w:sz w:val="17"/>
              </w:rPr>
              <w:t>Signature</w:t>
            </w:r>
          </w:p>
        </w:tc>
      </w:tr>
      <w:tr w:rsidR="00745A01" w14:paraId="6D944689" w14:textId="77777777">
        <w:trPr>
          <w:jc w:val="center"/>
        </w:trPr>
        <w:tc>
          <w:tcPr>
            <w:tcW w:w="3513" w:type="dxa"/>
            <w:tcMar>
              <w:top w:w="55" w:type="dxa"/>
              <w:left w:w="85" w:type="dxa"/>
              <w:bottom w:w="75" w:type="dxa"/>
              <w:right w:w="85" w:type="dxa"/>
            </w:tcMar>
          </w:tcPr>
          <w:p w14:paraId="39627B1D" w14:textId="77777777" w:rsidR="00745A01" w:rsidRDefault="00000000">
            <w:r>
              <w:rPr>
                <w:color w:val="111827"/>
                <w:sz w:val="18"/>
              </w:rPr>
              <w:t>____________________________</w:t>
            </w:r>
          </w:p>
        </w:tc>
        <w:tc>
          <w:tcPr>
            <w:tcW w:w="3513" w:type="dxa"/>
            <w:tcMar>
              <w:top w:w="55" w:type="dxa"/>
              <w:left w:w="85" w:type="dxa"/>
              <w:bottom w:w="75" w:type="dxa"/>
              <w:right w:w="85" w:type="dxa"/>
            </w:tcMar>
          </w:tcPr>
          <w:p w14:paraId="1219D16B" w14:textId="77777777" w:rsidR="00745A01" w:rsidRDefault="00000000">
            <w:r>
              <w:rPr>
                <w:color w:val="111827"/>
                <w:sz w:val="18"/>
              </w:rPr>
              <w:t>____________________________</w:t>
            </w:r>
          </w:p>
        </w:tc>
        <w:tc>
          <w:tcPr>
            <w:tcW w:w="3513" w:type="dxa"/>
            <w:tcMar>
              <w:top w:w="55" w:type="dxa"/>
              <w:left w:w="85" w:type="dxa"/>
              <w:bottom w:w="75" w:type="dxa"/>
              <w:right w:w="85" w:type="dxa"/>
            </w:tcMar>
          </w:tcPr>
          <w:p w14:paraId="0383AD19" w14:textId="77777777" w:rsidR="00745A01" w:rsidRDefault="00000000">
            <w:r>
              <w:rPr>
                <w:color w:val="111827"/>
                <w:sz w:val="18"/>
              </w:rPr>
              <w:t>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0"/>
        <w:gridCol w:w="30"/>
      </w:tblGrid>
      <w:tr w:rsidR="00745A01" w14:paraId="294FBC8E" w14:textId="77777777">
        <w:trPr>
          <w:jc w:val="center"/>
        </w:trPr>
        <w:tc>
          <w:tcPr>
            <w:tcW w:w="10540" w:type="dxa"/>
            <w:gridSpan w:val="2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62E749" w14:textId="77777777" w:rsidR="00745A01" w:rsidRDefault="00000000">
            <w:r>
              <w:rPr>
                <w:b/>
                <w:color w:val="FFFFFF"/>
                <w:sz w:val="20"/>
              </w:rPr>
              <w:t>TRANSMISSION DU DOSSIER</w:t>
            </w:r>
          </w:p>
        </w:tc>
      </w:tr>
      <w:tr w:rsidR="00745A01" w14:paraId="7789705E" w14:textId="77777777">
        <w:tblPrEx>
          <w:jc w:val="left"/>
        </w:tblPrEx>
        <w:trPr>
          <w:gridAfter w:val="1"/>
          <w:wAfter w:w="30" w:type="dxa"/>
        </w:trPr>
        <w:tc>
          <w:tcPr>
            <w:tcW w:w="1054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014FC0" w14:textId="77777777" w:rsidR="00745A01" w:rsidRDefault="00000000">
            <w:r>
              <w:rPr>
                <w:b/>
                <w:color w:val="172554"/>
                <w:sz w:val="20"/>
              </w:rPr>
              <w:t>ENVOI DU DOSSIER</w:t>
            </w:r>
          </w:p>
          <w:p w14:paraId="145D737C" w14:textId="77777777" w:rsidR="00745A01" w:rsidRDefault="00000000">
            <w:r>
              <w:rPr>
                <w:color w:val="111827"/>
                <w:sz w:val="17"/>
              </w:rPr>
              <w:t>Le dossier de candidature complété doit être accompagné obligatoirement de toutes les pièces à joindre.</w:t>
            </w:r>
          </w:p>
          <w:p w14:paraId="602423E7" w14:textId="77777777" w:rsidR="00745A01" w:rsidRDefault="00000000">
            <w:r>
              <w:rPr>
                <w:b/>
                <w:color w:val="64748B"/>
                <w:sz w:val="17"/>
              </w:rPr>
              <w:t xml:space="preserve">Par mail : </w:t>
            </w:r>
            <w:r>
              <w:rPr>
                <w:b/>
                <w:color w:val="1D4ED8"/>
                <w:sz w:val="17"/>
              </w:rPr>
              <w:t>cdvarkarate.da@gmail.com</w:t>
            </w:r>
          </w:p>
          <w:p w14:paraId="6582362C" w14:textId="77777777" w:rsidR="00745A01" w:rsidRDefault="00000000">
            <w:r>
              <w:rPr>
                <w:b/>
                <w:color w:val="64748B"/>
                <w:sz w:val="17"/>
              </w:rPr>
              <w:t>Ou par courrier :</w:t>
            </w:r>
          </w:p>
          <w:p w14:paraId="4F652D58" w14:textId="77777777" w:rsidR="00745A01" w:rsidRDefault="00000000">
            <w:r>
              <w:rPr>
                <w:b/>
                <w:color w:val="111827"/>
                <w:sz w:val="18"/>
              </w:rPr>
              <w:t>Patrick ROSADINI</w:t>
            </w:r>
            <w:r>
              <w:rPr>
                <w:color w:val="111827"/>
                <w:sz w:val="17"/>
              </w:rPr>
              <w:br/>
              <w:t>Président du Comité Départemental du Var de KARATE et D.A.</w:t>
            </w:r>
            <w:r>
              <w:rPr>
                <w:color w:val="111827"/>
                <w:sz w:val="17"/>
              </w:rPr>
              <w:br/>
              <w:t>Tél. : 06 63 26 74 02</w:t>
            </w:r>
            <w:r>
              <w:rPr>
                <w:color w:val="111827"/>
                <w:sz w:val="17"/>
              </w:rPr>
              <w:br/>
              <w:t>1225 B route du muy</w:t>
            </w:r>
            <w:r>
              <w:rPr>
                <w:color w:val="111827"/>
                <w:sz w:val="17"/>
              </w:rPr>
              <w:br/>
              <w:t>Lieu-dit les hoirs d’esteve</w:t>
            </w:r>
            <w:r>
              <w:rPr>
                <w:color w:val="111827"/>
                <w:sz w:val="17"/>
              </w:rPr>
              <w:br/>
              <w:t>83120 Le Plan-de-la-Tour</w:t>
            </w:r>
          </w:p>
        </w:tc>
      </w:tr>
    </w:tbl>
    <w:p w14:paraId="6EA8B976" w14:textId="77777777" w:rsidR="00745A01" w:rsidRDefault="00000000">
      <w:pPr>
        <w:jc w:val="center"/>
      </w:pPr>
      <w:r>
        <w:rPr>
          <w:color w:val="64748B"/>
          <w:sz w:val="15"/>
        </w:rPr>
        <w:t>Document de candidature • À compléter lisiblement et à transmettre avec les pièces demandées.</w:t>
      </w:r>
    </w:p>
    <w:sectPr w:rsidR="00745A01" w:rsidSect="00034616">
      <w:headerReference w:type="default" r:id="rId9"/>
      <w:footerReference w:type="default" r:id="rId10"/>
      <w:pgSz w:w="12240" w:h="15840"/>
      <w:pgMar w:top="680" w:right="850" w:bottom="62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9EAEF" w14:textId="77777777" w:rsidR="00C36AAE" w:rsidRDefault="00C36AAE">
      <w:pPr>
        <w:spacing w:after="0" w:line="240" w:lineRule="auto"/>
      </w:pPr>
      <w:r>
        <w:separator/>
      </w:r>
    </w:p>
  </w:endnote>
  <w:endnote w:type="continuationSeparator" w:id="0">
    <w:p w14:paraId="0848554A" w14:textId="77777777" w:rsidR="00C36AAE" w:rsidRDefault="00C36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ZapfDingbats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EBCF" w14:textId="77777777" w:rsidR="00745A01" w:rsidRDefault="00000000">
    <w:pPr>
      <w:pStyle w:val="Pieddepage"/>
      <w:jc w:val="center"/>
    </w:pPr>
    <w:r>
      <w:rPr>
        <w:color w:val="64748B"/>
        <w:sz w:val="15"/>
      </w:rPr>
      <w:t>FORMATION Brevet Fédéral d’Assistant (BFA)  •  FICHE DE CANDIDATURE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2AFDB" w14:textId="77777777" w:rsidR="00C36AAE" w:rsidRDefault="00C36AAE">
      <w:pPr>
        <w:spacing w:after="0" w:line="240" w:lineRule="auto"/>
      </w:pPr>
      <w:r>
        <w:separator/>
      </w:r>
    </w:p>
  </w:footnote>
  <w:footnote w:type="continuationSeparator" w:id="0">
    <w:p w14:paraId="161147A4" w14:textId="77777777" w:rsidR="00C36AAE" w:rsidRDefault="00C36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C33B" w14:textId="77777777" w:rsidR="00745A01" w:rsidRDefault="00000000">
    <w:pPr>
      <w:pStyle w:val="En-tte"/>
      <w:jc w:val="right"/>
    </w:pPr>
    <w:r>
      <w:rPr>
        <w:b/>
        <w:color w:val="64748B"/>
        <w:sz w:val="15"/>
      </w:rPr>
      <w:t>COMITÉ DÉPARTEMENTAL DU VAR • FFK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8795717">
    <w:abstractNumId w:val="8"/>
  </w:num>
  <w:num w:numId="2" w16cid:durableId="1448545832">
    <w:abstractNumId w:val="6"/>
  </w:num>
  <w:num w:numId="3" w16cid:durableId="607396940">
    <w:abstractNumId w:val="5"/>
  </w:num>
  <w:num w:numId="4" w16cid:durableId="1722250354">
    <w:abstractNumId w:val="4"/>
  </w:num>
  <w:num w:numId="5" w16cid:durableId="1516462543">
    <w:abstractNumId w:val="7"/>
  </w:num>
  <w:num w:numId="6" w16cid:durableId="23530268">
    <w:abstractNumId w:val="3"/>
  </w:num>
  <w:num w:numId="7" w16cid:durableId="1419672375">
    <w:abstractNumId w:val="2"/>
  </w:num>
  <w:num w:numId="8" w16cid:durableId="1675064789">
    <w:abstractNumId w:val="1"/>
  </w:num>
  <w:num w:numId="9" w16cid:durableId="1491411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3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27C17"/>
    <w:rsid w:val="0050324F"/>
    <w:rsid w:val="00745A01"/>
    <w:rsid w:val="00AA1D8D"/>
    <w:rsid w:val="00B47730"/>
    <w:rsid w:val="00C36AA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C1333"/>
  <w14:defaultImageDpi w14:val="300"/>
  <w15:docId w15:val="{2680080F-36BE-4BAE-B132-44523943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PATRICK ROSADINI</cp:lastModifiedBy>
  <cp:revision>2</cp:revision>
  <dcterms:created xsi:type="dcterms:W3CDTF">2026-09-03T14:36:00Z</dcterms:created>
  <dcterms:modified xsi:type="dcterms:W3CDTF">2026-09-03T14:36:00Z</dcterms:modified>
  <cp:category/>
</cp:coreProperties>
</file>